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התחלות משפט המתאימות לסוגי כתיבה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במחסן מילים (רגשות, תיאור, זמן, קישור, פעלים, חושים)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מילה או משפט מתאים להקשר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סוג כתיבה והתחלת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(רציתי להגיד לך תודה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(אני מצטער/ת על…)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(אתם מוזמנים ל…)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(אני בטוח/ה שתצליח/י כי…)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מתרגש/ת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למרות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תחת הקטגוריה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לקטגוריית התנצלות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מופיעות ברשימת מילות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בכתיבת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פתאום…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באותו רגע…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אף אחד לא ציפה ש…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בשלוש התחלות משפט מתאימות מהקטגוריה שבחר/ה, הטקסט קוהרנטי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התחלה מתאימה כמו 'אני מצטער/ת על…'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כמו שמח/ה, כועס/ת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רעיונות ומשפטים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הדף המקורי על הלוח ולתרגל בחירה משותפת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בעצמם סוג כתיבה שמעניין אותם במשימת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ברשימת המילים המנוקדת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התחלות משפט ומחסן מילים לכתיבה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התחלות משפט לסוגי כתיבה שונים כמו תודה, התנצלות, בקשה והזמנה, וגם מחסן מילים לפי נושאים. נתרגל להתאים ולבחור את המילים והמשפטים הנכונים.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גאה  ·  קודם  ·  זעיר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התאמה: סוג כתיבה והתחלת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אני בטוח/ה שתצליח/י כי…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התנצלות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רציתי להגיד לך תודה על…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אני מצטער/ת על…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אתם מוזמנים ל…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התחלת משפט מתאימה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פתאום…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ממליץ/ה על…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הבעיה היא ש…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שייכת לקבוצת הרגשות?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מתרגש/ת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מילה שייכת למילות הקישור?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למרות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צעק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'בזכותך…' היא התחלת משפט מסוג 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'אני מצטער/ת על…' מתאימה לכתיבת הזמנה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'קודם' ו'אחר כך' הן מילות זמן וסדר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כשהרגשתי __________ ידעתי שהצלחתי במשימה (רגש חיובי)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הצעצוע היה __________ וקטן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הגענו לבית הספר ואז נכנסנו לכיתה (מילת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אני אוהב/ת גלידה __________ היא מתוקה (מילת קישור)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בכתיבת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 כך…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אף אחד לא ציפה ש…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פתאום…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באותו רגע…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סוג כתיבה אחד מהדף (למשל תודה, סיפור או המלצה) וכתבו פסקה קצרה המשתמשת בשלוש התחלות משפט מהרשימה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התחלת משפט אחת לכתיבת התנצלות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מילים מקבוצת הרגשות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התחלות משפט ומחסן מילים לכתיבה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