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התחלות משפט ומחסן מילים לכתיבה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התחלות משפט המתאימות לסוגי כתיבה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במחסן מילים (רגשות, תיאור, זמן, קישור, פעלים, חושים)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מילה או משפט מתאים להקשר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סוג כתיבה והתחלת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(רציתי להגיד לך תודה על…)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(אני מצטער/ת על…)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(אתם מוזמנים ל…)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(אני בטוח/ה שתצליח/י כי…)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(לדעתי…)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פתאום…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מתרגש/ת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האם תוכל/י בבקשה…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שמנו לב ש…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ענק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מופיעה תחת הקטגוריה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שייכת לקטגוריית התנצלות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מופיעות ברשימת מילות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שייכת למילים של החושים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מילת קישור שמסכמת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היא שייכת לקבוצת הרגשות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 ממחסן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שמעתי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בכתיבת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פתאום…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באותו רגע…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 כך…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אף אחד לא ציפה ש…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בסוף…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משתמש/ת בשלוש התחלות משפט מתאימות מהקטגוריה שבחר/ה, הטקסט קוהרנטי ומובן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הכולל מילה מקטגוריית הרגשות ומילה מקטגוריית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התחלה מתאימה כמו 'אני מצטער/ת על…'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 כמו שמח/ה, כועס/ת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רעיונות ומשפטים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הדף המקורי על הלוח ולתרגל בחירה משותפת לפני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לבחור בעצמם סוג כתיבה שמעניין אותם במשימת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אפשר להתמקד ברשימת המילים המנוקדת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התחלות משפט ומחסן מילים לכתיבה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יש משפטים קצרים שעוזרים להתחיל לכתוב, וגם רשימות מילים. נתרגל לבחור את המילה הנכונה.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התחלת 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ראשונות שעוזרות להתחיל לכתוב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מחסן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לפי נושא שאפשר להשתמש בהן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התנצלות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סליחה על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המלצה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למה כדאי לקרוא או לעשות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שמחברות בין משפטים כמו אבל, כי, לכן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חושים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שמתארות מה ראינו, שמענו, הרחנו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פעלים חזקים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פעלים מיוחדים שמוסיפים עניין לטקסט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התאמה: סוג כתיבה והתחלת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אתם מוזמנים ל…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התנצלות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רציתי להגיד לך תודה על…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אני בטוח/ה שתצליח/י כי…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לדעתי…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אני מצטער/ת על…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מתאים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פתאום…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ממליץ/ה על…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הבעיה היא ש…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שלום, 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מתרגש/ת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מבקש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תוכל/י בבקשה…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אילו הייתי…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הכי אהבתי את…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באותו רגע…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מחברת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למרות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נבוך/ה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משפט מציע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שמנו לב ש…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מאחלים לך…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יהיה לנו…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הצבע… והגודל…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מתארת 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קפץ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'בזכותך…' היא התחלת משפט מסוג תודה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'אני מצטער/ת על…' מתאימה לכתיבת הזמנה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'קודם' ו'אחר כך' הן מילות זמן וסדר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'הרחתי' היא פועל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'לסיכום' משמשת בדרך כלל בסוף דעה או טיעון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'גאה' היא מילה מתארת מראה חיצוני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 ממחסן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כשהרגשתי __________ ידעתי שהצלחתי במשימה (רגש חיובי)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הצעצוע היה __________ וקטן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הגענו לבית הספר ואז נכנסנו לכיתה (מילת זמן)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אוהב/ת גלידה __________ היא מתוקה (מילת קישור)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הילד __________ מהשמחה כששמע את הבשורה (פועל חזק)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קול מוזר מהחדר השכן (מילה מהחושים)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 בכתיבת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 כך…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פתאום…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באותו רגע…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בסוף…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אף אחד לא ציפה ש…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סוג כתיבה אחד מהדף (למשל תודה, סיפור או המלצה) וכתבו פסקה קצרה המשתמשת בשלוש התחלות משפט מהרשימה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שמשתמש בשתי מילים ממחסן המילים (לדוגמה: רגש אחד ומילת זמן אחת)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התחלת משפט אחת לכתיבת התנצלות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מילים מקבוצת הרגשות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מילות הקישור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התחלות משפט ומחסן מילים לכתיבה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