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התחלות משפט המתאימות לסוגי כתיבה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במחסן מילים (רגשות, תיאור, זמן, קישור, פעלים, חושים)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מילה או משפט מתאים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סוג כתיבה והתחלת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(רציתי להגיד לך תודה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(אני מצטער/ת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(אתם מוזמנים 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(אני בטוח/ה שתצליח/י כי…)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(לדעתי…)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מתרגש/ת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האם תוכל/י בבקשה…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שמנו לב ש…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תחת הקטגוריה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לקטגוריית 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מופיעות ברשימת מילות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למילים של החושים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מילת קישור שמסכמת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שייכת לקבוצת הרגשות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שמעתי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בכתיבת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באותו רגע…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אחד לא ציפה ש…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בשלוש התחלות משפט מתאימות מהקטגוריה שבחר/ה, הטקסט קוהרנטי ומובן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הכולל מילה מקטגוריית הרגשות ומילה מקטגוריית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התחלה מתאימה כמו 'אני מצטער/ת על…'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כמו שמח/ה, כועס/ת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רעיונות ומשפטים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הדף המקורי על הלוח ולתרגל בחירה משותפת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סוג כתיבה שמעניין אותם במשימת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ברשימת המילים המנוקדת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התחלות משפט לסוגי כתיבה שונים כמו תודה, התנצלות, בקשה והזמנה, וגם מחסן מילים לפי נושאים. נתרגל להתאים ולבחור את המילים והמשפטים הנכונים.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סוג כתיבה והתחלת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 מצטער/ת על…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התנצלות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לדעתי…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בטוח/ה שתצליח/י כי…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רציתי להגיד לך תודה על…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אתם מוזמנים ל…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התחלת משפט מתאימה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פתאום…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ממליץ/ה על…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הבעיה היא ש…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שלום, 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לקבוצת הרגשות?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מתרגש/ת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התחלה מתאימה לבקשה?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תוכל/י בבקשה…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אילו הייתי…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 אהבתי את…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באותו רגע…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שייכת למילות הקישור?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נבוך/ה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התחלה מתאימה להצעת פתרון?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שמנו לב ש…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מאחלים לך…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יהיה לנו…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הצבע… והגודל…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גודל?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'בזכותך…' היא התחלת משפט מסוג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 מצטער/ת על…' מתאימה לכתיבת הזמנה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'קודם' ו'אחר כך' הן מילות זמן וסדר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'הרחתי' היא פועל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'לסיכום' משמשת בדרך כלל בסוף דעה או 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'גאה' היא מילה מתארת מראה חיצוני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כשהרגשתי __________ ידעתי שהצלחתי במשימה (רגש חיובי)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הצעצוע היה __________ וקטן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הגענו לבית הספר ואז נכנסנו לכיתה (מילת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אוהב/ת גלידה __________ היא מתוקה (מילת קישור)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__________ מהשמחה כששמע את הבשורה (פועל חזק)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קול מוזר מהחדר השכן (מילה מהחושים)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בכתיבת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ציפה ש…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פתאום…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באותו רגע…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כך…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כתיבה אחד מהדף (למשל תודה, סיפור או המלצה) וכתבו פסקה קצרה המשתמשת בשלוש התחלות משפט מהרשימה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שמשתמש בשתי מילים ממחסן המילים (לדוגמה: רגש אחד ומילת זמן אחת)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התחלת משפט אחת לכתיבת התנצלות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מילים מקבוצת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מילות הקישור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התחלות משפט ומחסן מילים לכתיבה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